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נדידת ציפורים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הנדידה של הציפורים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סתיו ואביב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במסע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למקום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צעד אחרי צעד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כן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שבסתיו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ציפורים עפות 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קורה בסתיו, באביב הן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בסתיו 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עפות למקום 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באביב הן חוזרות.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הביתה צעד אחרי צעד.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(עונה חמה ופריחה)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(הליכה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(מעבר ציפורים למקום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התמדה אישית, חיבור לרעיון שבטקסט שגם ציפורים עוצרות לנוח ומצליחות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בסתיו, כי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באביב, כי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הקריינות לכל משפט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הפעילות עש״ן ד״ק לדיון על מנוחה גם בטקסט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נדידת ציפורים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קר, והציפורים עפות למקום חם. באביב הן חוזרות הביתה. זהו מסע ארוך, וכדי להצליח בו הולכים צעד אחרי צעד.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 ומתחילה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עפות הציפורים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למקום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למקום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הציפורים חוזרות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 חום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 את האביב?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עלה נושר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מצליחים לעשות מסע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 אחרי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זזים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נוסעות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הציפורים עפות למקום 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עושים צעד אחרי צעד.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בסתיו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הציפורים עפות למקום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הן חוזרות.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זה __________ ארוך.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הן חוזרות.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קר.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הביתה צעד אחרי צעד.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למקום חם.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מעבר ציפורים למקום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עונה חמה ופריחה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הליכה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דבר ארוך וקשה שעשיתם. מה עזר לכם להמשיך צעד אחרי צעד?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הציפורים עפות למקום 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הן חוזרות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עושים מסע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נדידת ציפורים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