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נדידת ציפורים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הנדידה של הציפורים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סתיו ואביב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במסע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למקום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צעד אחרי צעד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שבסתיו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ציפורים עפות 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קורה בסתיו, באביב הן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בסתיו 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עפות למקום 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באביב הן חוזרות.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הביתה צעד אחרי צעד.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(עונה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(עונה חמה ופריחה)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(דרך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(הליכה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(מעבר ציפורים למקום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התמדה אישית, חיבור לרעיון שבטקסט שגם ציפורים עוצרות לנוח ומצליחות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בסתיו, כי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באביב, כי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הקריינות לכל משפט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הפעילות עש״ן ד״ק לדיון על מנוחה גם בטקסט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נדידת ציפורים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כשקר, ציפורים עפות למקום חם. כשחם בחוץ, הן חוזרות הביתה. זה לוקח זמן, אבל הן מצליחות.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נְדִידָה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עפות למקום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סְתָו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אָבִיב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חמה עם 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מַסָּע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צַעַד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חוֹזְרוֹת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 בחזרה הביתה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הן עפות?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למקום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למקום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חוזרות?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עלה נושר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מצליחים?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 אחרי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זזים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נוסעות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הציפורים עפות למקום 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עושים צעד אחרי צעד.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בסתיו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הציפורים עפות למקום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הן חוזרות.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זה __________ ארוך.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למקום חם.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הביתה צעד אחרי צעד.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הן חוזרות.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ציפורים למקום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הליכה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חמה ופריחה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דרך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דבר ארוך וקשה שעשיתם. מה עזר לכם להמשיך צעד אחרי צעד?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הציפורים עפות למקום 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הן חוזרות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עושים מסע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נדידת ציפורים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