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נדידת ציפורים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הנדידה של הציפורים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סתיו ואביב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במסע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למקום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באביב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שבסתיו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ציפורים עפות באוויר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בסתיו 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עפות למקום חם.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באביב הן חוזרות.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הביתה צעד אחרי צעד.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(עונה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(עונה חמה ופריחה)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(הליכה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ומרגישים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בסתיו, כי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באביב, כי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הקריינות לכל משפט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הפעילות עש״ן ד״ק לדיון על מנוחה גם בטקסט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נדידת ציפורים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בסתיו קר, והציפורים עפות למקום חם. באביב הן חוזרות הביתה. זהו מסע ארוך, וכדי להצליח בו הולכים צעד אחרי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  ·  חם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קר ומתחילה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עפות הציפורים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למקום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למקום 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הציפורים חוזרות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בסתיו 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ציפורים נוסעות באוטובוס.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בסתיו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הציפורים עפות למקום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באביב הן חוזרות.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הביתה צעד אחרי צעד.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הציפורים עפות למקום חם.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בסתיו קר.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הליכה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עונה חמה ופריחה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עונה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ומרגישים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הציפורים עפות למקום 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הן חוזרות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נדידת ציפורים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